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19A8" w14:textId="447A3EB5" w:rsidR="004256D2" w:rsidRDefault="004256D2" w:rsidP="004256D2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36A940" wp14:editId="15D6FC52">
            <wp:simplePos x="0" y="0"/>
            <wp:positionH relativeFrom="column">
              <wp:posOffset>-518160</wp:posOffset>
            </wp:positionH>
            <wp:positionV relativeFrom="paragraph">
              <wp:posOffset>-207010</wp:posOffset>
            </wp:positionV>
            <wp:extent cx="861060" cy="624205"/>
            <wp:effectExtent l="0" t="0" r="0" b="4445"/>
            <wp:wrapSquare wrapText="bothSides"/>
            <wp:docPr id="1963926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b/>
          <w:color w:val="A67E2D"/>
          <w:sz w:val="50"/>
        </w:rPr>
        <w:t>SCIENTARA JOURNAL</w:t>
      </w:r>
    </w:p>
    <w:p w14:paraId="01F02085" w14:textId="77777777" w:rsidR="004256D2" w:rsidRDefault="004256D2" w:rsidP="004256D2">
      <w:pPr>
        <w:jc w:val="center"/>
      </w:pPr>
      <w:r>
        <w:rPr>
          <w:color w:val="5F5F5F"/>
          <w:sz w:val="20"/>
        </w:rPr>
        <w:t>Journal of Agricultural, Environmental and Life Sciences</w:t>
      </w:r>
    </w:p>
    <w:p w14:paraId="4CAC3DCC" w14:textId="77777777" w:rsidR="007307C4" w:rsidRPr="004256D2" w:rsidRDefault="00000000">
      <w:pPr>
        <w:spacing w:before="440"/>
        <w:jc w:val="center"/>
        <w:rPr>
          <w:color w:val="A67E2D"/>
        </w:rPr>
      </w:pPr>
      <w:r w:rsidRPr="004256D2">
        <w:rPr>
          <w:b/>
          <w:color w:val="A67E2D"/>
          <w:sz w:val="38"/>
        </w:rPr>
        <w:t>ARTICLE MANUSCRIPT TEMPLATE</w:t>
      </w:r>
    </w:p>
    <w:p w14:paraId="06CB96D3" w14:textId="77777777" w:rsidR="007307C4" w:rsidRDefault="00000000">
      <w:pPr>
        <w:jc w:val="center"/>
      </w:pPr>
      <w:r>
        <w:rPr>
          <w:color w:val="6B7C8F"/>
          <w:sz w:val="21"/>
        </w:rPr>
        <w:t>Editable Microsoft Word template for manuscript preparation and submission.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6912"/>
      </w:tblGrid>
      <w:tr w:rsidR="007307C4" w14:paraId="7F41D169" w14:textId="77777777">
        <w:trPr>
          <w:jc w:val="center"/>
        </w:trPr>
        <w:tc>
          <w:tcPr>
            <w:tcW w:w="216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5DCB7" w14:textId="77777777" w:rsidR="007307C4" w:rsidRDefault="00000000">
            <w:pPr>
              <w:spacing w:after="0"/>
            </w:pPr>
            <w:r>
              <w:rPr>
                <w:b/>
                <w:color w:val="173A5E"/>
                <w:sz w:val="19"/>
              </w:rPr>
              <w:t>Journal</w:t>
            </w:r>
          </w:p>
        </w:tc>
        <w:tc>
          <w:tcPr>
            <w:tcW w:w="6912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13DF0" w14:textId="77777777" w:rsidR="007307C4" w:rsidRDefault="00000000">
            <w:pPr>
              <w:spacing w:after="0"/>
            </w:pPr>
            <w:r>
              <w:rPr>
                <w:color w:val="222222"/>
                <w:sz w:val="19"/>
              </w:rPr>
              <w:t>Scientara Journal</w:t>
            </w:r>
          </w:p>
        </w:tc>
      </w:tr>
      <w:tr w:rsidR="007307C4" w14:paraId="49FFC7D6" w14:textId="77777777">
        <w:trPr>
          <w:jc w:val="center"/>
        </w:trPr>
        <w:tc>
          <w:tcPr>
            <w:tcW w:w="216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BB650" w14:textId="77777777" w:rsidR="007307C4" w:rsidRDefault="00000000">
            <w:pPr>
              <w:spacing w:after="0"/>
            </w:pPr>
            <w:r>
              <w:rPr>
                <w:b/>
                <w:color w:val="173A5E"/>
                <w:sz w:val="19"/>
              </w:rPr>
              <w:t>Article Types</w:t>
            </w:r>
          </w:p>
        </w:tc>
        <w:tc>
          <w:tcPr>
            <w:tcW w:w="6912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DD6A2" w14:textId="77777777" w:rsidR="007307C4" w:rsidRDefault="00000000">
            <w:pPr>
              <w:spacing w:after="0"/>
            </w:pPr>
            <w:r>
              <w:rPr>
                <w:color w:val="222222"/>
                <w:sz w:val="19"/>
              </w:rPr>
              <w:t>Research Article • Review Article • Short Communication</w:t>
            </w:r>
          </w:p>
        </w:tc>
      </w:tr>
      <w:tr w:rsidR="007307C4" w14:paraId="181E4F37" w14:textId="77777777">
        <w:trPr>
          <w:jc w:val="center"/>
        </w:trPr>
        <w:tc>
          <w:tcPr>
            <w:tcW w:w="216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2456A" w14:textId="77777777" w:rsidR="007307C4" w:rsidRDefault="00000000">
            <w:pPr>
              <w:spacing w:after="0"/>
            </w:pPr>
            <w:r>
              <w:rPr>
                <w:b/>
                <w:color w:val="173A5E"/>
                <w:sz w:val="19"/>
              </w:rPr>
              <w:t>Scope</w:t>
            </w:r>
          </w:p>
        </w:tc>
        <w:tc>
          <w:tcPr>
            <w:tcW w:w="6912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DEA33" w14:textId="77777777" w:rsidR="007307C4" w:rsidRDefault="00000000">
            <w:pPr>
              <w:spacing w:after="0"/>
            </w:pPr>
            <w:r>
              <w:rPr>
                <w:color w:val="222222"/>
                <w:sz w:val="19"/>
              </w:rPr>
              <w:t>Agricultural • Environmental • Life Sciences</w:t>
            </w:r>
          </w:p>
        </w:tc>
      </w:tr>
      <w:tr w:rsidR="007307C4" w14:paraId="64FBA86B" w14:textId="77777777">
        <w:trPr>
          <w:jc w:val="center"/>
        </w:trPr>
        <w:tc>
          <w:tcPr>
            <w:tcW w:w="216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1BCA8" w14:textId="77777777" w:rsidR="007307C4" w:rsidRDefault="00000000">
            <w:pPr>
              <w:spacing w:after="0"/>
            </w:pPr>
            <w:r>
              <w:rPr>
                <w:b/>
                <w:color w:val="173A5E"/>
                <w:sz w:val="19"/>
              </w:rPr>
              <w:t>File Format</w:t>
            </w:r>
          </w:p>
        </w:tc>
        <w:tc>
          <w:tcPr>
            <w:tcW w:w="6912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F6467" w14:textId="77777777" w:rsidR="007307C4" w:rsidRDefault="00000000">
            <w:pPr>
              <w:spacing w:after="0"/>
            </w:pPr>
            <w:r>
              <w:rPr>
                <w:color w:val="222222"/>
                <w:sz w:val="19"/>
              </w:rPr>
              <w:t>Microsoft Word (.docx)</w:t>
            </w:r>
          </w:p>
        </w:tc>
      </w:tr>
      <w:tr w:rsidR="007307C4" w14:paraId="02C38C1B" w14:textId="77777777">
        <w:trPr>
          <w:jc w:val="center"/>
        </w:trPr>
        <w:tc>
          <w:tcPr>
            <w:tcW w:w="216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90B61" w14:textId="77777777" w:rsidR="007307C4" w:rsidRDefault="00000000">
            <w:pPr>
              <w:spacing w:after="0"/>
            </w:pPr>
            <w:r>
              <w:rPr>
                <w:b/>
                <w:color w:val="173A5E"/>
                <w:sz w:val="19"/>
              </w:rPr>
              <w:t>Website</w:t>
            </w:r>
          </w:p>
        </w:tc>
        <w:tc>
          <w:tcPr>
            <w:tcW w:w="6912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66167" w14:textId="77777777" w:rsidR="007307C4" w:rsidRDefault="00000000">
            <w:pPr>
              <w:spacing w:after="0"/>
            </w:pPr>
            <w:r>
              <w:rPr>
                <w:color w:val="222222"/>
                <w:sz w:val="19"/>
              </w:rPr>
              <w:t>www.scientarajournal.com</w:t>
            </w:r>
          </w:p>
        </w:tc>
      </w:tr>
    </w:tbl>
    <w:p w14:paraId="22E29990" w14:textId="77777777" w:rsidR="007307C4" w:rsidRDefault="00000000">
      <w:pPr>
        <w:shd w:val="clear" w:color="auto" w:fill="F7F9FB"/>
        <w:spacing w:after="140"/>
        <w:ind w:left="86" w:right="86"/>
      </w:pPr>
      <w:r>
        <w:rPr>
          <w:color w:val="555555"/>
          <w:sz w:val="18"/>
        </w:rPr>
        <w:t>Before submission, replace all bracketed placeholders and remove instructional text. Authors should also follow the journal's current author guidelines.</w:t>
      </w:r>
    </w:p>
    <w:p w14:paraId="0AED01D9" w14:textId="77777777" w:rsidR="004A5B34" w:rsidRDefault="004A5B34" w:rsidP="004A5B34"/>
    <w:p w14:paraId="6688F1B5" w14:textId="4573EA36" w:rsidR="007307C4" w:rsidRPr="004A5B34" w:rsidRDefault="00000000" w:rsidP="004A5B34">
      <w:r w:rsidRPr="004256D2">
        <w:rPr>
          <w:b/>
          <w:color w:val="A67E2D"/>
          <w:sz w:val="28"/>
        </w:rPr>
        <w:t>MANUSCRIPT TITLE</w:t>
      </w:r>
    </w:p>
    <w:p w14:paraId="2EAD8FA9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[Insert a concise and informative title of the manuscript]</w:t>
      </w:r>
    </w:p>
    <w:p w14:paraId="536D173E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AUTHORS AND AFFILIATIONS</w:t>
      </w:r>
    </w:p>
    <w:p w14:paraId="1B217EFE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[Author 1 Full Name]¹*, [Author 2 Full Name]², [Author 3 Full Name]³</w:t>
      </w:r>
    </w:p>
    <w:p w14:paraId="6F11851A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¹Department / Institution, City, Country</w:t>
      </w:r>
      <w:r>
        <w:rPr>
          <w:color w:val="555555"/>
          <w:sz w:val="21"/>
        </w:rPr>
        <w:br/>
        <w:t>²Department / Institution, City, Country</w:t>
      </w:r>
      <w:r>
        <w:rPr>
          <w:color w:val="555555"/>
          <w:sz w:val="21"/>
        </w:rPr>
        <w:br/>
        <w:t>³Department / Institution, City, Country</w:t>
      </w:r>
      <w:r>
        <w:rPr>
          <w:color w:val="555555"/>
          <w:sz w:val="21"/>
        </w:rPr>
        <w:br/>
        <w:t>*Corresponding author: email@example.com</w:t>
      </w:r>
    </w:p>
    <w:p w14:paraId="0E2C2472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ABSTRACT</w:t>
      </w:r>
    </w:p>
    <w:p w14:paraId="4E7ECF67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[Provide a concise summary of the study, including the purpose/objective, methods or approach, key findings, and principal conclusion.]</w:t>
      </w:r>
    </w:p>
    <w:p w14:paraId="71E77FC7" w14:textId="77777777" w:rsidR="007307C4" w:rsidRDefault="00000000">
      <w:pPr>
        <w:jc w:val="both"/>
      </w:pPr>
      <w:r>
        <w:rPr>
          <w:b/>
          <w:color w:val="222222"/>
        </w:rPr>
        <w:t xml:space="preserve">Keywords: </w:t>
      </w:r>
    </w:p>
    <w:p w14:paraId="591DDB92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[keyword 1]; [keyword 2]; [keyword 3]; [keyword 4]; [keyword 5]</w:t>
      </w:r>
    </w:p>
    <w:p w14:paraId="697D47A1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1. INTRODUCTION</w:t>
      </w:r>
    </w:p>
    <w:p w14:paraId="0631D24B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[Introduce the research problem, background, relevant literature, research gap, objectives/research questions, and rationale for the study.]</w:t>
      </w:r>
    </w:p>
    <w:p w14:paraId="405D42D0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lastRenderedPageBreak/>
        <w:t>2. MATERIALS AND METHODS</w:t>
      </w:r>
    </w:p>
    <w:p w14:paraId="54D90EE9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[Describe study design, study area/materials, data sources, sampling, procedures, analysis methods, statistical methods, and ethical approval where applicable.]</w:t>
      </w:r>
    </w:p>
    <w:p w14:paraId="261DE952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3. RESULTS</w:t>
      </w:r>
    </w:p>
    <w:p w14:paraId="648CBF1C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[Present the principal findings clearly. Use tables and figures where appropriate and refer to each in the text.]</w:t>
      </w:r>
    </w:p>
    <w:p w14:paraId="068C8A97" w14:textId="77777777" w:rsidR="007307C4" w:rsidRDefault="00000000">
      <w:pPr>
        <w:spacing w:before="60" w:after="60"/>
      </w:pPr>
      <w:r>
        <w:rPr>
          <w:b/>
          <w:color w:val="173A5E"/>
          <w:sz w:val="21"/>
        </w:rPr>
        <w:t>Table 1. [Descriptive table title]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1800"/>
        <w:gridCol w:w="1800"/>
        <w:gridCol w:w="1800"/>
      </w:tblGrid>
      <w:tr w:rsidR="007307C4" w14:paraId="58EF1C5A" w14:textId="77777777">
        <w:trPr>
          <w:jc w:val="center"/>
        </w:trPr>
        <w:tc>
          <w:tcPr>
            <w:tcW w:w="3456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AD682B" w14:textId="77777777" w:rsidR="007307C4" w:rsidRDefault="00000000">
            <w:pPr>
              <w:spacing w:after="0"/>
            </w:pPr>
            <w:r>
              <w:rPr>
                <w:b/>
                <w:color w:val="173A5E"/>
                <w:sz w:val="17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8224FF" w14:textId="77777777" w:rsidR="007307C4" w:rsidRDefault="00000000">
            <w:pPr>
              <w:spacing w:after="0"/>
              <w:jc w:val="center"/>
            </w:pPr>
            <w:r>
              <w:rPr>
                <w:b/>
                <w:color w:val="173A5E"/>
                <w:sz w:val="17"/>
              </w:rPr>
              <w:t>Group 1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D20948" w14:textId="77777777" w:rsidR="007307C4" w:rsidRDefault="00000000">
            <w:pPr>
              <w:spacing w:after="0"/>
              <w:jc w:val="center"/>
            </w:pPr>
            <w:r>
              <w:rPr>
                <w:b/>
                <w:color w:val="173A5E"/>
                <w:sz w:val="17"/>
              </w:rPr>
              <w:t>Group 2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shd w:val="clear" w:color="auto" w:fill="EAF0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BABCF0" w14:textId="77777777" w:rsidR="007307C4" w:rsidRDefault="00000000">
            <w:pPr>
              <w:spacing w:after="0"/>
              <w:jc w:val="center"/>
            </w:pPr>
            <w:r>
              <w:rPr>
                <w:b/>
                <w:color w:val="173A5E"/>
                <w:sz w:val="17"/>
              </w:rPr>
              <w:t>Value</w:t>
            </w:r>
          </w:p>
        </w:tc>
      </w:tr>
      <w:tr w:rsidR="007307C4" w14:paraId="42349E54" w14:textId="77777777">
        <w:trPr>
          <w:jc w:val="center"/>
        </w:trPr>
        <w:tc>
          <w:tcPr>
            <w:tcW w:w="3456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1F8860" w14:textId="77777777" w:rsidR="007307C4" w:rsidRDefault="00000000">
            <w:pPr>
              <w:spacing w:after="0"/>
            </w:pPr>
            <w:r>
              <w:rPr>
                <w:color w:val="555555"/>
                <w:sz w:val="17"/>
              </w:rPr>
              <w:t>[Item]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BFC95B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9C72EA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F14019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</w:tr>
      <w:tr w:rsidR="007307C4" w14:paraId="243C858C" w14:textId="77777777">
        <w:trPr>
          <w:jc w:val="center"/>
        </w:trPr>
        <w:tc>
          <w:tcPr>
            <w:tcW w:w="3456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AACC8A" w14:textId="77777777" w:rsidR="007307C4" w:rsidRDefault="00000000">
            <w:pPr>
              <w:spacing w:after="0"/>
            </w:pPr>
            <w:r>
              <w:rPr>
                <w:color w:val="555555"/>
                <w:sz w:val="17"/>
              </w:rPr>
              <w:t>[Item]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75AF22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CCA5DC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03C229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</w:tr>
      <w:tr w:rsidR="007307C4" w14:paraId="7A187C0D" w14:textId="77777777">
        <w:trPr>
          <w:jc w:val="center"/>
        </w:trPr>
        <w:tc>
          <w:tcPr>
            <w:tcW w:w="3456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DC1FDB" w14:textId="77777777" w:rsidR="007307C4" w:rsidRDefault="00000000">
            <w:pPr>
              <w:spacing w:after="0"/>
            </w:pPr>
            <w:r>
              <w:rPr>
                <w:color w:val="555555"/>
                <w:sz w:val="17"/>
              </w:rPr>
              <w:t>[Item]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BEDFC9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9C09F2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  <w:tc>
          <w:tcPr>
            <w:tcW w:w="1800" w:type="dxa"/>
            <w:tcBorders>
              <w:top w:val="single" w:sz="4" w:space="0" w:color="CDD7E1"/>
              <w:left w:val="single" w:sz="4" w:space="0" w:color="CDD7E1"/>
              <w:bottom w:val="single" w:sz="4" w:space="0" w:color="CDD7E1"/>
              <w:right w:val="single" w:sz="4" w:space="0" w:color="CDD7E1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366049" w14:textId="77777777" w:rsidR="007307C4" w:rsidRDefault="00000000">
            <w:pPr>
              <w:spacing w:after="0"/>
              <w:jc w:val="center"/>
            </w:pPr>
            <w:r>
              <w:rPr>
                <w:color w:val="555555"/>
                <w:sz w:val="17"/>
              </w:rPr>
              <w:t>[ ]</w:t>
            </w:r>
          </w:p>
        </w:tc>
      </w:tr>
    </w:tbl>
    <w:p w14:paraId="185BED05" w14:textId="77777777" w:rsidR="007307C4" w:rsidRDefault="00000000">
      <w:pPr>
        <w:spacing w:before="140" w:after="60"/>
      </w:pPr>
      <w:r>
        <w:rPr>
          <w:b/>
          <w:color w:val="173A5E"/>
          <w:sz w:val="21"/>
        </w:rPr>
        <w:t>Figure 1. [Descriptive figure title]</w:t>
      </w:r>
    </w:p>
    <w:p w14:paraId="19A09AAE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[Insert figure here. Ensure the figure is clear, numbered correctly, and cited in the text.]</w:t>
      </w:r>
    </w:p>
    <w:p w14:paraId="415AD216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4. DISCUSSION</w:t>
      </w:r>
    </w:p>
    <w:p w14:paraId="543A7DC4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[Interpret the findings in relation to previous research. Discuss important similarities, differences, implications, and limitations without simply repeating the Results section.]</w:t>
      </w:r>
    </w:p>
    <w:p w14:paraId="62F7B7FF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5. CONCLUSION</w:t>
      </w:r>
    </w:p>
    <w:p w14:paraId="545A8BC6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[Summarize the principal findings and their significance. Keep the conclusion focused on what is supported by the study.]</w:t>
      </w:r>
    </w:p>
    <w:p w14:paraId="30B1187A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6. DECLARATIONS</w:t>
      </w:r>
    </w:p>
    <w:p w14:paraId="1504C93A" w14:textId="77777777" w:rsidR="007307C4" w:rsidRDefault="00000000">
      <w:pPr>
        <w:jc w:val="both"/>
      </w:pPr>
      <w:r>
        <w:rPr>
          <w:color w:val="222222"/>
        </w:rPr>
        <w:t>Funding: [Provide funding information, or state that no specific funding was received.]</w:t>
      </w:r>
    </w:p>
    <w:p w14:paraId="73A885CB" w14:textId="77777777" w:rsidR="007307C4" w:rsidRDefault="00000000">
      <w:pPr>
        <w:jc w:val="both"/>
      </w:pPr>
      <w:r>
        <w:rPr>
          <w:color w:val="222222"/>
        </w:rPr>
        <w:t>Conflict of Interest: [Declare any actual or potential conflicts of interest, or state that there are none.]</w:t>
      </w:r>
    </w:p>
    <w:p w14:paraId="2321A0C7" w14:textId="77777777" w:rsidR="007307C4" w:rsidRDefault="00000000">
      <w:pPr>
        <w:jc w:val="both"/>
      </w:pPr>
      <w:r>
        <w:rPr>
          <w:color w:val="222222"/>
        </w:rPr>
        <w:t>Ethical Approval: [Provide the relevant ethics approval details where applicable.]</w:t>
      </w:r>
    </w:p>
    <w:p w14:paraId="5C21B8A6" w14:textId="77777777" w:rsidR="007307C4" w:rsidRDefault="00000000">
      <w:pPr>
        <w:jc w:val="both"/>
      </w:pPr>
      <w:r>
        <w:rPr>
          <w:color w:val="222222"/>
        </w:rPr>
        <w:t>Consent to Participate / Publish: [Provide a statement where applicable.]</w:t>
      </w:r>
    </w:p>
    <w:p w14:paraId="14B5A7A7" w14:textId="77777777" w:rsidR="007307C4" w:rsidRDefault="00000000">
      <w:pPr>
        <w:jc w:val="both"/>
      </w:pPr>
      <w:r>
        <w:rPr>
          <w:color w:val="222222"/>
        </w:rPr>
        <w:t>Author Contributions: [Briefly describe each author's contribution where applicable.]</w:t>
      </w:r>
    </w:p>
    <w:p w14:paraId="17ED6200" w14:textId="77777777" w:rsidR="007307C4" w:rsidRDefault="00000000">
      <w:pPr>
        <w:jc w:val="both"/>
      </w:pPr>
      <w:r>
        <w:rPr>
          <w:color w:val="222222"/>
        </w:rPr>
        <w:t>Data Availability: [State where the underlying data are available, or provide the appropriate explanation where data cannot be shared.]</w:t>
      </w:r>
    </w:p>
    <w:p w14:paraId="08D5538C" w14:textId="77777777" w:rsidR="007307C4" w:rsidRDefault="00000000">
      <w:pPr>
        <w:keepNext/>
        <w:spacing w:before="180" w:after="80"/>
      </w:pPr>
      <w:r w:rsidRPr="004256D2">
        <w:rPr>
          <w:b/>
          <w:color w:val="A67E2D"/>
          <w:sz w:val="28"/>
        </w:rPr>
        <w:t>7. ACKNOWLEDGEMENTS</w:t>
      </w:r>
    </w:p>
    <w:p w14:paraId="7AF2E883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t>[Acknowledge individuals, institutions, facilities, or other support where appropriate.]</w:t>
      </w:r>
    </w:p>
    <w:p w14:paraId="53CEF4CE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8. REFERENCES</w:t>
      </w:r>
    </w:p>
    <w:p w14:paraId="45926F8F" w14:textId="77777777" w:rsidR="007307C4" w:rsidRDefault="00000000">
      <w:pPr>
        <w:shd w:val="clear" w:color="auto" w:fill="F7F9FB"/>
        <w:spacing w:after="140"/>
        <w:ind w:left="86" w:right="86"/>
      </w:pPr>
      <w:r>
        <w:rPr>
          <w:color w:val="555555"/>
          <w:sz w:val="18"/>
        </w:rPr>
        <w:t>List only sources cited in the manuscript. Keep the reference style consistent and ensure every in-text citation appears in the reference list and vice versa.</w:t>
      </w:r>
    </w:p>
    <w:p w14:paraId="1DCE89EF" w14:textId="77777777" w:rsidR="007307C4" w:rsidRDefault="00000000">
      <w:pPr>
        <w:pBdr>
          <w:top w:val="single" w:sz="4" w:space="3" w:color="CDD7E1"/>
          <w:left w:val="single" w:sz="4" w:space="3" w:color="CDD7E1"/>
          <w:bottom w:val="single" w:sz="4" w:space="3" w:color="CDD7E1"/>
          <w:right w:val="single" w:sz="4" w:space="3" w:color="CDD7E1"/>
        </w:pBdr>
        <w:shd w:val="clear" w:color="auto" w:fill="F7F9FB"/>
        <w:spacing w:after="140"/>
        <w:ind w:left="86" w:right="86"/>
      </w:pPr>
      <w:r>
        <w:rPr>
          <w:color w:val="555555"/>
          <w:sz w:val="21"/>
        </w:rPr>
        <w:lastRenderedPageBreak/>
        <w:t>[1] Author, A. A. (Year). Title of article. Journal Name, Volume(Issue), pages. DOI/URL where applicable.</w:t>
      </w:r>
      <w:r>
        <w:rPr>
          <w:color w:val="555555"/>
          <w:sz w:val="21"/>
        </w:rPr>
        <w:br/>
        <w:t>[2] Author, B. B. (Year). Title of book/chapter. Publisher. DOI/URL where applicable.</w:t>
      </w:r>
    </w:p>
    <w:p w14:paraId="178E4628" w14:textId="77777777" w:rsidR="007307C4" w:rsidRPr="004256D2" w:rsidRDefault="00000000">
      <w:pPr>
        <w:keepNext/>
        <w:spacing w:before="180" w:after="80"/>
        <w:rPr>
          <w:color w:val="A67E2D"/>
        </w:rPr>
      </w:pPr>
      <w:r w:rsidRPr="004256D2">
        <w:rPr>
          <w:b/>
          <w:color w:val="A67E2D"/>
          <w:sz w:val="28"/>
        </w:rPr>
        <w:t>FORMATTING NOTES</w:t>
      </w:r>
    </w:p>
    <w:p w14:paraId="48262613" w14:textId="77777777" w:rsidR="007307C4" w:rsidRDefault="00000000">
      <w:pPr>
        <w:spacing w:after="60"/>
        <w:ind w:left="288" w:hanging="173"/>
      </w:pPr>
      <w:r>
        <w:rPr>
          <w:color w:val="222222"/>
          <w:sz w:val="19"/>
        </w:rPr>
        <w:t>• Replace all bracketed placeholder text with your manuscript content.</w:t>
      </w:r>
    </w:p>
    <w:p w14:paraId="7A8F93EB" w14:textId="77777777" w:rsidR="007307C4" w:rsidRDefault="00000000">
      <w:pPr>
        <w:spacing w:after="60"/>
        <w:ind w:left="288" w:hanging="173"/>
      </w:pPr>
      <w:r>
        <w:rPr>
          <w:color w:val="222222"/>
          <w:sz w:val="19"/>
        </w:rPr>
        <w:t>• Use clear section headings and consistent formatting throughout the manuscript.</w:t>
      </w:r>
    </w:p>
    <w:p w14:paraId="712AA996" w14:textId="77777777" w:rsidR="007307C4" w:rsidRDefault="00000000">
      <w:pPr>
        <w:spacing w:after="60"/>
        <w:ind w:left="288" w:hanging="173"/>
      </w:pPr>
      <w:r>
        <w:rPr>
          <w:color w:val="222222"/>
          <w:sz w:val="19"/>
        </w:rPr>
        <w:t>• Number tables and figures consecutively and provide descriptive captions.</w:t>
      </w:r>
    </w:p>
    <w:p w14:paraId="0CB8CC37" w14:textId="77777777" w:rsidR="007307C4" w:rsidRDefault="00000000">
      <w:pPr>
        <w:spacing w:after="60"/>
        <w:ind w:left="288" w:hanging="173"/>
      </w:pPr>
      <w:r>
        <w:rPr>
          <w:color w:val="222222"/>
          <w:sz w:val="19"/>
        </w:rPr>
        <w:t>• Check author names, affiliations, references, numerical values, tables, and figure labels carefully before submission.</w:t>
      </w:r>
    </w:p>
    <w:p w14:paraId="287F230A" w14:textId="77777777" w:rsidR="007307C4" w:rsidRDefault="00000000">
      <w:pPr>
        <w:spacing w:after="60"/>
        <w:ind w:left="288" w:hanging="173"/>
      </w:pPr>
      <w:r>
        <w:rPr>
          <w:color w:val="222222"/>
          <w:sz w:val="19"/>
        </w:rPr>
        <w:t>• For review articles or other article types, retain only the sections relevant to the manuscript.</w:t>
      </w:r>
    </w:p>
    <w:p w14:paraId="306FEDEE" w14:textId="77777777" w:rsidR="007307C4" w:rsidRDefault="00000000">
      <w:pPr>
        <w:spacing w:after="60"/>
        <w:ind w:left="288" w:hanging="173"/>
      </w:pPr>
      <w:r>
        <w:rPr>
          <w:color w:val="222222"/>
          <w:sz w:val="19"/>
        </w:rPr>
        <w:t>• Remove all instructional text before submitting the final manuscript.</w:t>
      </w:r>
    </w:p>
    <w:sectPr w:rsidR="007307C4" w:rsidSect="0003461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080" w:right="1224" w:bottom="1008" w:left="122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4959" w14:textId="77777777" w:rsidR="004F239E" w:rsidRDefault="004F239E">
      <w:pPr>
        <w:spacing w:after="0" w:line="240" w:lineRule="auto"/>
      </w:pPr>
      <w:r>
        <w:separator/>
      </w:r>
    </w:p>
  </w:endnote>
  <w:endnote w:type="continuationSeparator" w:id="0">
    <w:p w14:paraId="2E9AFAF4" w14:textId="77777777" w:rsidR="004F239E" w:rsidRDefault="004F2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7D1F6" w14:textId="77777777" w:rsidR="007307C4" w:rsidRDefault="00000000">
    <w:pPr>
      <w:pStyle w:val="Footer"/>
    </w:pPr>
    <w:proofErr w:type="spellStart"/>
    <w:r>
      <w:rPr>
        <w:color w:val="6B7C8F"/>
        <w:sz w:val="16"/>
      </w:rPr>
      <w:t>Scientara</w:t>
    </w:r>
    <w:proofErr w:type="spellEnd"/>
    <w:r>
      <w:rPr>
        <w:color w:val="6B7C8F"/>
        <w:sz w:val="16"/>
      </w:rPr>
      <w:t xml:space="preserve"> Journal • Article Manuscript Template    |    www.scientarajournal.com                                                  Page </w:t>
    </w:r>
    <w:r>
      <w:rPr>
        <w:color w:val="6B7C8F"/>
        <w:sz w:val="16"/>
      </w:rPr>
      <w:fldChar w:fldCharType="begin"/>
    </w:r>
    <w:r>
      <w:rPr>
        <w:color w:val="6B7C8F"/>
        <w:sz w:val="16"/>
      </w:rPr>
      <w:instrText xml:space="preserve"> PAGE </w:instrText>
    </w:r>
    <w:r w:rsidR="004256D2">
      <w:rPr>
        <w:color w:val="6B7C8F"/>
        <w:sz w:val="16"/>
      </w:rPr>
      <w:fldChar w:fldCharType="separate"/>
    </w:r>
    <w:r w:rsidR="004256D2">
      <w:rPr>
        <w:noProof/>
        <w:color w:val="6B7C8F"/>
        <w:sz w:val="16"/>
      </w:rPr>
      <w:t>1</w:t>
    </w:r>
    <w:r>
      <w:rPr>
        <w:color w:val="6B7C8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961A1" w14:textId="77777777" w:rsidR="004F239E" w:rsidRDefault="004F239E">
      <w:pPr>
        <w:spacing w:after="0" w:line="240" w:lineRule="auto"/>
      </w:pPr>
      <w:r>
        <w:separator/>
      </w:r>
    </w:p>
  </w:footnote>
  <w:footnote w:type="continuationSeparator" w:id="0">
    <w:p w14:paraId="5C2CA795" w14:textId="77777777" w:rsidR="004F239E" w:rsidRDefault="004F2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C863" w14:textId="31484431" w:rsidR="004A5B34" w:rsidRDefault="004A5B34">
    <w:pPr>
      <w:pStyle w:val="Header"/>
    </w:pPr>
    <w:r>
      <w:rPr>
        <w:noProof/>
      </w:rPr>
      <w:pict w14:anchorId="3C6CDA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175126" o:spid="_x0000_s1026" type="#_x0000_t75" style="position:absolute;margin-left:0;margin-top:0;width:489.35pt;height:472.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7701" w14:textId="371788BF" w:rsidR="007307C4" w:rsidRDefault="004A5B34">
    <w:pPr>
      <w:pStyle w:val="Header"/>
      <w:pBdr>
        <w:bottom w:val="single" w:sz="6" w:space="2" w:color="173A5E"/>
      </w:pBdr>
    </w:pPr>
    <w:r w:rsidRPr="004A5B34">
      <w:rPr>
        <w:b/>
        <w:noProof/>
        <w:color w:val="A67E2D"/>
        <w:sz w:val="26"/>
      </w:rPr>
      <w:pict w14:anchorId="1CE5C8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175127" o:spid="_x0000_s1027" type="#_x0000_t75" style="position:absolute;margin-left:0;margin-top:0;width:489.35pt;height:472.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  <w:r w:rsidR="004256D2" w:rsidRPr="004A5B34">
      <w:rPr>
        <w:b/>
        <w:color w:val="A67E2D"/>
        <w:sz w:val="26"/>
      </w:rPr>
      <w:t xml:space="preserve"> </w:t>
    </w:r>
    <w:proofErr w:type="gramStart"/>
    <w:r w:rsidR="00000000" w:rsidRPr="004A5B34">
      <w:rPr>
        <w:b/>
        <w:color w:val="A67E2D"/>
        <w:sz w:val="26"/>
      </w:rPr>
      <w:t>SCIENTARA</w:t>
    </w:r>
    <w:r w:rsidR="00000000" w:rsidRPr="004A5B34">
      <w:rPr>
        <w:color w:val="A67E2D"/>
        <w:sz w:val="17"/>
      </w:rPr>
      <w:t xml:space="preserve">  </w:t>
    </w:r>
    <w:r w:rsidR="00000000">
      <w:rPr>
        <w:color w:val="6B7C8F"/>
        <w:sz w:val="17"/>
      </w:rPr>
      <w:t>|</w:t>
    </w:r>
    <w:proofErr w:type="gramEnd"/>
    <w:r w:rsidR="00000000">
      <w:rPr>
        <w:color w:val="6B7C8F"/>
        <w:sz w:val="17"/>
      </w:rPr>
      <w:t xml:space="preserve">   Journal of Agricultural, Environmental and Life Sciences</w:t>
    </w:r>
  </w:p>
  <w:p w14:paraId="0768337D" w14:textId="77777777" w:rsidR="007307C4" w:rsidRDefault="00000000">
    <w:pPr>
      <w:spacing w:after="0"/>
      <w:jc w:val="center"/>
    </w:pPr>
    <w:r>
      <w:rPr>
        <w:b/>
        <w:color w:val="DCE5EE"/>
        <w:sz w:val="36"/>
      </w:rPr>
      <w:t>SCIENTARA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8FB5C" w14:textId="7D6B01E4" w:rsidR="004A5B34" w:rsidRDefault="004A5B34">
    <w:pPr>
      <w:pStyle w:val="Header"/>
    </w:pPr>
    <w:r>
      <w:rPr>
        <w:noProof/>
      </w:rPr>
      <w:pict w14:anchorId="0D347A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175125" o:spid="_x0000_s1025" type="#_x0000_t75" style="position:absolute;margin-left:0;margin-top:0;width:489.35pt;height:472.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484689">
    <w:abstractNumId w:val="8"/>
  </w:num>
  <w:num w:numId="2" w16cid:durableId="1151827820">
    <w:abstractNumId w:val="6"/>
  </w:num>
  <w:num w:numId="3" w16cid:durableId="1640181918">
    <w:abstractNumId w:val="5"/>
  </w:num>
  <w:num w:numId="4" w16cid:durableId="1098064969">
    <w:abstractNumId w:val="4"/>
  </w:num>
  <w:num w:numId="5" w16cid:durableId="141628785">
    <w:abstractNumId w:val="7"/>
  </w:num>
  <w:num w:numId="6" w16cid:durableId="1738434495">
    <w:abstractNumId w:val="3"/>
  </w:num>
  <w:num w:numId="7" w16cid:durableId="51466572">
    <w:abstractNumId w:val="2"/>
  </w:num>
  <w:num w:numId="8" w16cid:durableId="873611796">
    <w:abstractNumId w:val="1"/>
  </w:num>
  <w:num w:numId="9" w16cid:durableId="903107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6D2"/>
    <w:rsid w:val="004A5B34"/>
    <w:rsid w:val="004F239E"/>
    <w:rsid w:val="007307C4"/>
    <w:rsid w:val="007A7C5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E04252"/>
  <w14:defaultImageDpi w14:val="300"/>
  <w15:docId w15:val="{76FDBA8A-DF1B-4DD8-9FAC-16ED3B6C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Scientara Journal Article Manuscript Template</dc:title>
  <dc:subject>Manuscript formatting template</dc:subject>
  <dc:creator>Scientara Journal</dc:creator>
  <cp:keywords>Scientara Journal, manuscript template, article template</cp:keywords>
  <dc:description>generated by python-docx</dc:description>
  <cp:lastModifiedBy>Arvind Kumar</cp:lastModifiedBy>
  <cp:revision>3</cp:revision>
  <dcterms:created xsi:type="dcterms:W3CDTF">2013-12-23T23:15:00Z</dcterms:created>
  <dcterms:modified xsi:type="dcterms:W3CDTF">2026-09-27T07:10:00Z</dcterms:modified>
  <cp:category/>
</cp:coreProperties>
</file>