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BB62" w14:textId="77777777" w:rsidR="00F37F61" w:rsidRDefault="00000000">
      <w:pPr>
        <w:spacing w:before="120" w:after="40"/>
        <w:jc w:val="center"/>
      </w:pPr>
      <w:r>
        <w:rPr>
          <w:b/>
          <w:color w:val="1E4637"/>
          <w:sz w:val="34"/>
        </w:rPr>
        <w:t>COPYRIGHT &amp; PUBLISHING AGREEMENT</w:t>
      </w:r>
    </w:p>
    <w:p w14:paraId="24325AB2" w14:textId="77777777" w:rsidR="00F37F61" w:rsidRDefault="00000000">
      <w:pPr>
        <w:jc w:val="center"/>
      </w:pPr>
      <w:r>
        <w:rPr>
          <w:b/>
        </w:rPr>
        <w:t>For Authors of Accepted Manuscripts</w:t>
      </w:r>
    </w:p>
    <w:p w14:paraId="3ACE2C11" w14:textId="77777777" w:rsidR="00F37F61" w:rsidRDefault="00000000">
      <w:pPr>
        <w:spacing w:before="160" w:after="80"/>
      </w:pPr>
      <w:r>
        <w:rPr>
          <w:b/>
          <w:color w:val="1E4637"/>
          <w:sz w:val="23"/>
        </w:rPr>
        <w:t>1. MANUSCRIPT INFORMATION</w:t>
      </w:r>
    </w:p>
    <w:p w14:paraId="127D5402" w14:textId="77777777" w:rsidR="00F37F61" w:rsidRDefault="00000000">
      <w:pPr>
        <w:spacing w:after="100"/>
      </w:pPr>
      <w:r>
        <w:rPr>
          <w:b/>
        </w:rPr>
        <w:t xml:space="preserve">Manuscript Title  </w:t>
      </w:r>
      <w:r>
        <w:t>__________________________________________________________________</w:t>
      </w:r>
    </w:p>
    <w:p w14:paraId="6D0C7D4E" w14:textId="77777777" w:rsidR="00F37F61" w:rsidRDefault="00000000">
      <w:pPr>
        <w:spacing w:after="100"/>
      </w:pPr>
      <w:r>
        <w:rPr>
          <w:b/>
        </w:rPr>
        <w:t xml:space="preserve">Article Type  </w:t>
      </w:r>
      <w:r>
        <w:t>______________________________________________________________________</w:t>
      </w:r>
    </w:p>
    <w:p w14:paraId="13301C77" w14:textId="77777777" w:rsidR="00F37F61" w:rsidRDefault="00000000">
      <w:pPr>
        <w:spacing w:after="100"/>
      </w:pPr>
      <w:r>
        <w:rPr>
          <w:b/>
        </w:rPr>
        <w:t xml:space="preserve">Corresponding Author  </w:t>
      </w:r>
      <w:r>
        <w:t>___________________________________________________________</w:t>
      </w:r>
    </w:p>
    <w:p w14:paraId="37C0AFE9" w14:textId="77777777" w:rsidR="00F37F61" w:rsidRDefault="00000000">
      <w:pPr>
        <w:spacing w:after="100"/>
      </w:pPr>
      <w:r>
        <w:rPr>
          <w:b/>
        </w:rPr>
        <w:t xml:space="preserve">Email  </w:t>
      </w:r>
      <w:r>
        <w:t>______________________________________________________________________________</w:t>
      </w:r>
    </w:p>
    <w:p w14:paraId="76295DB3" w14:textId="77777777" w:rsidR="00F37F61" w:rsidRDefault="00000000">
      <w:pPr>
        <w:spacing w:after="100"/>
      </w:pPr>
      <w:r>
        <w:rPr>
          <w:b/>
        </w:rPr>
        <w:t xml:space="preserve">Date of Submission  </w:t>
      </w:r>
      <w:r>
        <w:t>_______________________________________________________________</w:t>
      </w:r>
    </w:p>
    <w:p w14:paraId="2BFC96FC" w14:textId="77777777" w:rsidR="00F37F61" w:rsidRDefault="00000000">
      <w:pPr>
        <w:spacing w:before="160" w:after="80"/>
      </w:pPr>
      <w:r>
        <w:rPr>
          <w:b/>
          <w:color w:val="1E4637"/>
          <w:sz w:val="23"/>
        </w:rPr>
        <w:t>2. AUTHOR DECLARATIONS</w:t>
      </w:r>
    </w:p>
    <w:p w14:paraId="14391E3C" w14:textId="77777777" w:rsidR="00F37F61" w:rsidRDefault="00000000">
      <w:pPr>
        <w:spacing w:after="100"/>
        <w:ind w:left="72" w:right="72"/>
      </w:pPr>
      <w:r>
        <w:rPr>
          <w:b/>
          <w:sz w:val="24"/>
        </w:rPr>
        <w:t>☐</w:t>
      </w:r>
      <w:r>
        <w:t xml:space="preserve"> I/We confirm that the manuscript identified above is an original work and has been prepared in accordance with the journal's submission and publication requirements.</w:t>
      </w:r>
    </w:p>
    <w:p w14:paraId="6E49B1B8" w14:textId="77777777" w:rsidR="00F37F61" w:rsidRDefault="00000000">
      <w:pPr>
        <w:spacing w:after="100"/>
        <w:ind w:left="72" w:right="72"/>
      </w:pPr>
      <w:r>
        <w:rPr>
          <w:b/>
          <w:sz w:val="24"/>
        </w:rPr>
        <w:t>☐</w:t>
      </w:r>
      <w:r>
        <w:t xml:space="preserve"> I/We confirm that the manuscript is not under consideration for publication elsewhere and has not been previously published in substantially the same form, except where any prior material has been properly disclosed and permission has been obtained where required.</w:t>
      </w:r>
    </w:p>
    <w:p w14:paraId="1C33DC74" w14:textId="77777777" w:rsidR="00F37F61" w:rsidRDefault="00000000">
      <w:pPr>
        <w:spacing w:after="100"/>
        <w:ind w:left="72" w:right="72"/>
      </w:pPr>
      <w:r>
        <w:rPr>
          <w:b/>
          <w:sz w:val="24"/>
        </w:rPr>
        <w:t>☐</w:t>
      </w:r>
      <w:r>
        <w:t xml:space="preserve"> I/We confirm that the sources, data, figures, tables, photographs, and other third-party material used in the manuscript have been properly acknowledged and that the necessary permissions have been obtained where applicable.</w:t>
      </w:r>
    </w:p>
    <w:p w14:paraId="0C9D0451" w14:textId="77777777" w:rsidR="00F37F61" w:rsidRDefault="00000000">
      <w:pPr>
        <w:spacing w:after="100"/>
        <w:ind w:left="72" w:right="72"/>
      </w:pPr>
      <w:r>
        <w:rPr>
          <w:b/>
          <w:sz w:val="24"/>
        </w:rPr>
        <w:t>☐</w:t>
      </w:r>
      <w:r>
        <w:t xml:space="preserve"> I/We confirm that the manuscript does not knowingly infringe the copyright, privacy, publicity, or other rights of any third party.</w:t>
      </w:r>
    </w:p>
    <w:p w14:paraId="7EBB5769" w14:textId="77777777" w:rsidR="00F37F61" w:rsidRDefault="00000000">
      <w:pPr>
        <w:spacing w:after="100"/>
        <w:ind w:left="72" w:right="72"/>
      </w:pPr>
      <w:r>
        <w:rPr>
          <w:b/>
          <w:sz w:val="24"/>
        </w:rPr>
        <w:t>☐</w:t>
      </w:r>
      <w:r>
        <w:t xml:space="preserve"> I/We agree to notify the journal promptly if any material fact affecting these declarations changes before publication.</w:t>
      </w:r>
    </w:p>
    <w:p w14:paraId="74155BFD" w14:textId="77777777" w:rsidR="00F37F61" w:rsidRDefault="00000000">
      <w:pPr>
        <w:spacing w:before="160" w:after="80"/>
      </w:pPr>
      <w:r>
        <w:rPr>
          <w:b/>
          <w:color w:val="1E4637"/>
          <w:sz w:val="23"/>
        </w:rPr>
        <w:t>3. AUTHOR SIGNATURES</w:t>
      </w:r>
    </w:p>
    <w:p w14:paraId="7276FB0F" w14:textId="77777777" w:rsidR="00F37F61" w:rsidRDefault="00000000">
      <w:pPr>
        <w:spacing w:after="100"/>
      </w:pPr>
      <w:r>
        <w:rPr>
          <w:b/>
        </w:rPr>
        <w:t xml:space="preserve">Corresponding Author — Full Name  </w:t>
      </w:r>
      <w:r>
        <w:t>_______________________________________________</w:t>
      </w:r>
    </w:p>
    <w:p w14:paraId="598A5BEB" w14:textId="77777777" w:rsidR="00F37F61" w:rsidRDefault="00000000">
      <w:pPr>
        <w:spacing w:after="100"/>
      </w:pPr>
      <w:r>
        <w:rPr>
          <w:b/>
        </w:rPr>
        <w:t xml:space="preserve">Signature  </w:t>
      </w:r>
      <w:r>
        <w:t>______________________________________________________________________</w:t>
      </w:r>
    </w:p>
    <w:p w14:paraId="2BF52EBF" w14:textId="77777777" w:rsidR="00F37F61" w:rsidRDefault="00000000">
      <w:pPr>
        <w:spacing w:after="100"/>
      </w:pPr>
      <w:r>
        <w:rPr>
          <w:b/>
        </w:rPr>
        <w:t xml:space="preserve">Date  </w:t>
      </w:r>
      <w:r>
        <w:t>______________________________________________________________________________</w:t>
      </w:r>
    </w:p>
    <w:p w14:paraId="780F3032" w14:textId="77777777" w:rsidR="00F37F61" w:rsidRDefault="00000000">
      <w:pPr>
        <w:spacing w:after="100"/>
      </w:pPr>
      <w:r>
        <w:rPr>
          <w:b/>
        </w:rPr>
        <w:t xml:space="preserve">Email  </w:t>
      </w:r>
      <w:r>
        <w:t>____________________________________________________________________________</w:t>
      </w:r>
    </w:p>
    <w:p w14:paraId="79B8F40F" w14:textId="77777777" w:rsidR="00F37F61" w:rsidRDefault="00000000">
      <w:pPr>
        <w:spacing w:after="100"/>
      </w:pPr>
      <w:r>
        <w:rPr>
          <w:b/>
        </w:rPr>
        <w:t xml:space="preserve">On behalf of co-authors (if authorized)  </w:t>
      </w:r>
      <w:r>
        <w:t>_______________________________________</w:t>
      </w:r>
    </w:p>
    <w:p w14:paraId="4777D411" w14:textId="77777777" w:rsidR="00F37F61" w:rsidRPr="002D40B5" w:rsidRDefault="00000000">
      <w:pPr>
        <w:spacing w:before="160"/>
        <w:jc w:val="center"/>
        <w:rPr>
          <w:color w:val="F79646" w:themeColor="accent6"/>
          <w:sz w:val="18"/>
          <w:szCs w:val="20"/>
        </w:rPr>
      </w:pPr>
      <w:r w:rsidRPr="002D40B5">
        <w:rPr>
          <w:b/>
          <w:color w:val="F79646" w:themeColor="accent6"/>
          <w:sz w:val="16"/>
          <w:szCs w:val="20"/>
        </w:rPr>
        <w:t>SCIENTERA JOURNAL</w:t>
      </w:r>
    </w:p>
    <w:sectPr w:rsidR="00F37F61" w:rsidRPr="002D40B5" w:rsidSect="00034616">
      <w:headerReference w:type="even" r:id="rId8"/>
      <w:headerReference w:type="default" r:id="rId9"/>
      <w:footerReference w:type="default" r:id="rId10"/>
      <w:headerReference w:type="first" r:id="rId11"/>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695A3" w14:textId="77777777" w:rsidR="00CB6F74" w:rsidRDefault="00CB6F74">
      <w:pPr>
        <w:spacing w:after="0" w:line="240" w:lineRule="auto"/>
      </w:pPr>
      <w:r>
        <w:separator/>
      </w:r>
    </w:p>
  </w:endnote>
  <w:endnote w:type="continuationSeparator" w:id="0">
    <w:p w14:paraId="548D9BE2" w14:textId="77777777" w:rsidR="00CB6F74" w:rsidRDefault="00CB6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8C97" w14:textId="77777777" w:rsidR="00F37F61" w:rsidRDefault="00000000">
    <w:pPr>
      <w:pStyle w:val="Footer"/>
      <w:jc w:val="center"/>
    </w:pPr>
    <w:proofErr w:type="spellStart"/>
    <w:r>
      <w:rPr>
        <w:color w:val="5A5A5A"/>
        <w:sz w:val="16"/>
      </w:rPr>
      <w:t>Scientara</w:t>
    </w:r>
    <w:proofErr w:type="spellEnd"/>
    <w:r>
      <w:rPr>
        <w:color w:val="5A5A5A"/>
        <w:sz w:val="16"/>
      </w:rPr>
      <w:t xml:space="preserve"> </w:t>
    </w:r>
    <w:proofErr w:type="gramStart"/>
    <w:r>
      <w:rPr>
        <w:color w:val="5A5A5A"/>
        <w:sz w:val="16"/>
      </w:rPr>
      <w:t>Journal  •</w:t>
    </w:r>
    <w:proofErr w:type="gramEnd"/>
    <w:r>
      <w:rPr>
        <w:color w:val="5A5A5A"/>
        <w:sz w:val="16"/>
      </w:rPr>
      <w:t xml:space="preserve">  Copyright &amp; Publishing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E275A" w14:textId="77777777" w:rsidR="00CB6F74" w:rsidRDefault="00CB6F74">
      <w:pPr>
        <w:spacing w:after="0" w:line="240" w:lineRule="auto"/>
      </w:pPr>
      <w:r>
        <w:separator/>
      </w:r>
    </w:p>
  </w:footnote>
  <w:footnote w:type="continuationSeparator" w:id="0">
    <w:p w14:paraId="55F4D5E2" w14:textId="77777777" w:rsidR="00CB6F74" w:rsidRDefault="00CB6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DFAA" w14:textId="32AAA474" w:rsidR="00761D20" w:rsidRDefault="00000000">
    <w:pPr>
      <w:pStyle w:val="Header"/>
    </w:pPr>
    <w:r>
      <w:rPr>
        <w:noProof/>
      </w:rPr>
      <w:pict w14:anchorId="5773B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8509485" o:spid="_x0000_s1039" type="#_x0000_t75" style="position:absolute;margin-left:0;margin-top:0;width:510.5pt;height:492.9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6AAF" w14:textId="0CD62296" w:rsidR="00F37F61" w:rsidRPr="001717D8" w:rsidRDefault="00000000">
    <w:pPr>
      <w:pStyle w:val="Header"/>
      <w:jc w:val="center"/>
      <w:rPr>
        <w:color w:val="F2B800"/>
      </w:rPr>
    </w:pPr>
    <w:r w:rsidRPr="001717D8">
      <w:rPr>
        <w:b/>
        <w:noProof/>
        <w:color w:val="FFC000"/>
        <w:sz w:val="38"/>
      </w:rPr>
      <w:pict w14:anchorId="0C36D1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8509486" o:spid="_x0000_s1040" type="#_x0000_t75" style="position:absolute;left:0;text-align:left;margin-left:0;margin-top:0;width:510.5pt;height:492.9pt;z-index:-251655168;mso-position-horizontal:center;mso-position-horizontal-relative:margin;mso-position-vertical:center;mso-position-vertical-relative:margin" o:allowincell="f">
          <v:imagedata r:id="rId1" o:title="logo" gain="19661f" blacklevel="22938f"/>
          <w10:wrap anchorx="margin" anchory="margin"/>
        </v:shape>
      </w:pict>
    </w:r>
    <w:r w:rsidR="00761D20" w:rsidRPr="001717D8">
      <w:rPr>
        <w:b/>
        <w:noProof/>
        <w:color w:val="FFC000"/>
        <w:sz w:val="38"/>
      </w:rPr>
      <w:drawing>
        <wp:anchor distT="0" distB="0" distL="114300" distR="114300" simplePos="0" relativeHeight="251658240" behindDoc="0" locked="0" layoutInCell="1" allowOverlap="1" wp14:anchorId="2CDDA714" wp14:editId="6268FB07">
          <wp:simplePos x="0" y="0"/>
          <wp:positionH relativeFrom="column">
            <wp:posOffset>0</wp:posOffset>
          </wp:positionH>
          <wp:positionV relativeFrom="paragraph">
            <wp:posOffset>7620</wp:posOffset>
          </wp:positionV>
          <wp:extent cx="1089660" cy="571500"/>
          <wp:effectExtent l="0" t="0" r="0" b="0"/>
          <wp:wrapSquare wrapText="bothSides"/>
          <wp:docPr id="1278905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966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1D20" w:rsidRPr="001717D8">
      <w:rPr>
        <w:b/>
        <w:color w:val="FFC000"/>
        <w:sz w:val="38"/>
      </w:rPr>
      <w:t>S</w:t>
    </w:r>
    <w:r w:rsidR="00761D20" w:rsidRPr="001717D8">
      <w:rPr>
        <w:b/>
        <w:color w:val="F2B800"/>
        <w:sz w:val="38"/>
      </w:rPr>
      <w:t>CIENTARA JOURNAL</w:t>
    </w:r>
  </w:p>
  <w:p w14:paraId="0DD4A36E" w14:textId="77777777" w:rsidR="00F37F61" w:rsidRPr="001717D8" w:rsidRDefault="00000000">
    <w:pPr>
      <w:jc w:val="center"/>
      <w:rPr>
        <w:color w:val="F2B800"/>
      </w:rPr>
    </w:pPr>
    <w:r w:rsidRPr="001717D8">
      <w:rPr>
        <w:i/>
        <w:color w:val="F2B800"/>
      </w:rPr>
      <w:t>Journal of Agricultural, Environmental and Life Sciences</w:t>
    </w:r>
  </w:p>
  <w:p w14:paraId="318E5CFF" w14:textId="0DB8FD32" w:rsidR="00F37F61" w:rsidRDefault="00000000">
    <w:pPr>
      <w:spacing w:after="0"/>
    </w:pPr>
    <w:r>
      <w:rPr>
        <w:color w:val="1E4637"/>
        <w:sz w:val="1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73B18" w14:textId="414B4587" w:rsidR="00761D20" w:rsidRDefault="00000000">
    <w:pPr>
      <w:pStyle w:val="Header"/>
    </w:pPr>
    <w:r>
      <w:rPr>
        <w:noProof/>
      </w:rPr>
      <w:pict w14:anchorId="7FB73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8509484" o:spid="_x0000_s1038" type="#_x0000_t75" style="position:absolute;margin-left:0;margin-top:0;width:510.5pt;height:492.9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924711">
    <w:abstractNumId w:val="8"/>
  </w:num>
  <w:num w:numId="2" w16cid:durableId="692072641">
    <w:abstractNumId w:val="6"/>
  </w:num>
  <w:num w:numId="3" w16cid:durableId="675771588">
    <w:abstractNumId w:val="5"/>
  </w:num>
  <w:num w:numId="4" w16cid:durableId="803622224">
    <w:abstractNumId w:val="4"/>
  </w:num>
  <w:num w:numId="5" w16cid:durableId="1531802956">
    <w:abstractNumId w:val="7"/>
  </w:num>
  <w:num w:numId="6" w16cid:durableId="381564906">
    <w:abstractNumId w:val="3"/>
  </w:num>
  <w:num w:numId="7" w16cid:durableId="2022929784">
    <w:abstractNumId w:val="2"/>
  </w:num>
  <w:num w:numId="8" w16cid:durableId="1978491118">
    <w:abstractNumId w:val="1"/>
  </w:num>
  <w:num w:numId="9" w16cid:durableId="1806972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17D8"/>
    <w:rsid w:val="0029639D"/>
    <w:rsid w:val="002D40B5"/>
    <w:rsid w:val="00326F90"/>
    <w:rsid w:val="00435DF9"/>
    <w:rsid w:val="004B0332"/>
    <w:rsid w:val="004B6253"/>
    <w:rsid w:val="004C3CEA"/>
    <w:rsid w:val="006E056A"/>
    <w:rsid w:val="00761D20"/>
    <w:rsid w:val="009C3ACA"/>
    <w:rsid w:val="00A9619E"/>
    <w:rsid w:val="00AA1D8D"/>
    <w:rsid w:val="00B47730"/>
    <w:rsid w:val="00CB0664"/>
    <w:rsid w:val="00CB6F74"/>
    <w:rsid w:val="00F37F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3E9655"/>
  <w14:defaultImageDpi w14:val="300"/>
  <w15:docId w15:val="{1B990B68-C5DF-4A67-B699-21C55A84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Arvind Kumar</cp:lastModifiedBy>
  <cp:revision>6</cp:revision>
  <dcterms:created xsi:type="dcterms:W3CDTF">2013-12-23T23:15:00Z</dcterms:created>
  <dcterms:modified xsi:type="dcterms:W3CDTF">2026-09-21T08:18:00Z</dcterms:modified>
  <cp:category/>
</cp:coreProperties>
</file>